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C1F23" w14:textId="6CC89614" w:rsidR="00076688" w:rsidRPr="005B268B" w:rsidRDefault="005B268B" w:rsidP="005B268B">
      <w:pPr>
        <w:jc w:val="both"/>
        <w:rPr>
          <w:rFonts w:ascii="Garamond" w:hAnsi="Garamond"/>
          <w:b/>
          <w:bCs/>
          <w:sz w:val="24"/>
          <w:szCs w:val="24"/>
        </w:rPr>
      </w:pPr>
      <w:r w:rsidRPr="005B268B">
        <w:rPr>
          <w:rFonts w:ascii="Garamond" w:hAnsi="Garamond"/>
          <w:b/>
          <w:bCs/>
          <w:sz w:val="24"/>
          <w:szCs w:val="24"/>
        </w:rPr>
        <w:t>REQUERIMENTO GERAL DE REGISTRO DE CHAPA</w:t>
      </w:r>
    </w:p>
    <w:p w14:paraId="080CC2BE" w14:textId="77777777" w:rsidR="005B268B" w:rsidRPr="005B268B" w:rsidRDefault="005B268B" w:rsidP="005B268B">
      <w:pPr>
        <w:jc w:val="both"/>
        <w:rPr>
          <w:rFonts w:ascii="Garamond" w:hAnsi="Garamond"/>
          <w:sz w:val="24"/>
          <w:szCs w:val="24"/>
          <w:lang w:val="pt-BR"/>
        </w:rPr>
      </w:pPr>
      <w:r w:rsidRPr="005B268B">
        <w:rPr>
          <w:rFonts w:ascii="Garamond" w:hAnsi="Garamond"/>
          <w:b/>
          <w:bCs/>
          <w:sz w:val="24"/>
          <w:szCs w:val="24"/>
          <w:lang w:val="pt-BR"/>
        </w:rPr>
        <w:t>AO PRESIDENTE DA COMISSÃO ELEITORAL DO SINPOL/MT</w:t>
      </w:r>
    </w:p>
    <w:p w14:paraId="20F9C2C6" w14:textId="77777777" w:rsidR="005B268B" w:rsidRDefault="005B268B" w:rsidP="005B268B">
      <w:pPr>
        <w:jc w:val="both"/>
        <w:rPr>
          <w:rFonts w:ascii="Garamond" w:hAnsi="Garamond"/>
          <w:sz w:val="24"/>
          <w:szCs w:val="24"/>
          <w:lang w:val="pt-BR"/>
        </w:rPr>
      </w:pPr>
    </w:p>
    <w:p w14:paraId="6C97A573" w14:textId="012FC734" w:rsidR="005B268B" w:rsidRPr="005B268B" w:rsidRDefault="005B268B" w:rsidP="005B268B">
      <w:pPr>
        <w:jc w:val="both"/>
        <w:rPr>
          <w:rFonts w:ascii="Garamond" w:hAnsi="Garamond"/>
          <w:sz w:val="24"/>
          <w:szCs w:val="24"/>
          <w:lang w:val="pt-BR"/>
        </w:rPr>
      </w:pPr>
      <w:r w:rsidRPr="005B268B">
        <w:rPr>
          <w:rFonts w:ascii="Garamond" w:hAnsi="Garamond"/>
          <w:sz w:val="24"/>
          <w:szCs w:val="24"/>
          <w:lang w:val="pt-BR"/>
        </w:rPr>
        <w:t>Assunto: Requerimento de Registro de Chapa – Eleições Triênio 2027/2029</w:t>
      </w:r>
    </w:p>
    <w:p w14:paraId="789C8978" w14:textId="77777777" w:rsidR="005B268B" w:rsidRDefault="005B268B" w:rsidP="005B268B">
      <w:pPr>
        <w:jc w:val="both"/>
        <w:rPr>
          <w:rFonts w:ascii="Garamond" w:hAnsi="Garamond"/>
          <w:sz w:val="24"/>
          <w:szCs w:val="24"/>
          <w:lang w:val="pt-BR"/>
        </w:rPr>
      </w:pPr>
    </w:p>
    <w:p w14:paraId="10B30FFC" w14:textId="3A980040" w:rsidR="005B268B" w:rsidRPr="005B268B" w:rsidRDefault="005B268B" w:rsidP="005B268B">
      <w:pPr>
        <w:ind w:firstLine="1134"/>
        <w:jc w:val="both"/>
        <w:rPr>
          <w:rFonts w:ascii="Garamond" w:hAnsi="Garamond"/>
          <w:sz w:val="24"/>
          <w:szCs w:val="24"/>
          <w:lang w:val="pt-BR"/>
        </w:rPr>
      </w:pPr>
      <w:r w:rsidRPr="005B268B">
        <w:rPr>
          <w:rFonts w:ascii="Garamond" w:hAnsi="Garamond"/>
          <w:sz w:val="24"/>
          <w:szCs w:val="24"/>
          <w:lang w:val="pt-BR"/>
        </w:rPr>
        <w:t xml:space="preserve">O(A) candidato(a) abaixo qualificado(a), na qualidade de cabeça de chapa, vem, tempestivamente, nos termos dos </w:t>
      </w:r>
      <w:proofErr w:type="spellStart"/>
      <w:r w:rsidRPr="005B268B">
        <w:rPr>
          <w:rFonts w:ascii="Garamond" w:hAnsi="Garamond"/>
          <w:sz w:val="24"/>
          <w:szCs w:val="24"/>
          <w:lang w:val="pt-BR"/>
        </w:rPr>
        <w:t>arts</w:t>
      </w:r>
      <w:proofErr w:type="spellEnd"/>
      <w:r w:rsidRPr="005B268B">
        <w:rPr>
          <w:rFonts w:ascii="Garamond" w:hAnsi="Garamond"/>
          <w:sz w:val="24"/>
          <w:szCs w:val="24"/>
          <w:lang w:val="pt-BR"/>
        </w:rPr>
        <w:t xml:space="preserve">. 28 e 49 do Estatuto Social do SINPOL/MT e do Regimento Eleitoral vigente, requerer o </w:t>
      </w:r>
      <w:r w:rsidRPr="005B268B">
        <w:rPr>
          <w:rFonts w:ascii="Garamond" w:hAnsi="Garamond"/>
          <w:b/>
          <w:bCs/>
          <w:sz w:val="24"/>
          <w:szCs w:val="24"/>
          <w:lang w:val="pt-BR"/>
        </w:rPr>
        <w:t>REGISTRO DA CHAPA</w:t>
      </w:r>
      <w:r w:rsidRPr="005B268B">
        <w:rPr>
          <w:rFonts w:ascii="Garamond" w:hAnsi="Garamond"/>
          <w:sz w:val="24"/>
          <w:szCs w:val="24"/>
          <w:lang w:val="pt-BR"/>
        </w:rPr>
        <w:t xml:space="preserve"> sob a denominação: </w:t>
      </w:r>
    </w:p>
    <w:p w14:paraId="0ACFEA97" w14:textId="77777777" w:rsidR="005B268B" w:rsidRDefault="005B268B" w:rsidP="005B268B">
      <w:pPr>
        <w:jc w:val="both"/>
        <w:rPr>
          <w:rFonts w:ascii="Garamond" w:hAnsi="Garamond"/>
          <w:b/>
          <w:bCs/>
          <w:sz w:val="24"/>
          <w:szCs w:val="24"/>
          <w:lang w:val="pt-BR"/>
        </w:rPr>
      </w:pPr>
    </w:p>
    <w:p w14:paraId="4078FCE8" w14:textId="4A391463" w:rsidR="005B268B" w:rsidRPr="005B268B" w:rsidRDefault="005B268B" w:rsidP="005B268B">
      <w:pPr>
        <w:jc w:val="both"/>
        <w:rPr>
          <w:rFonts w:ascii="Garamond" w:hAnsi="Garamond"/>
          <w:sz w:val="24"/>
          <w:szCs w:val="24"/>
          <w:lang w:val="pt-BR"/>
        </w:rPr>
      </w:pPr>
      <w:r w:rsidRPr="005B268B">
        <w:rPr>
          <w:rFonts w:ascii="Garamond" w:hAnsi="Garamond"/>
          <w:b/>
          <w:bCs/>
          <w:sz w:val="24"/>
          <w:szCs w:val="24"/>
          <w:lang w:val="pt-BR"/>
        </w:rPr>
        <w:t>NOME DA CHAPA:</w:t>
      </w:r>
      <w:r w:rsidRPr="005B268B">
        <w:rPr>
          <w:rFonts w:ascii="Garamond" w:hAnsi="Garamond"/>
          <w:sz w:val="24"/>
          <w:szCs w:val="24"/>
          <w:lang w:val="pt-BR"/>
        </w:rPr>
        <w:t xml:space="preserve"> ___________________________________________________________________</w:t>
      </w:r>
    </w:p>
    <w:p w14:paraId="7C8B1942" w14:textId="670DCDDE" w:rsidR="005B268B" w:rsidRPr="005B268B" w:rsidRDefault="005B268B" w:rsidP="005B268B">
      <w:pPr>
        <w:jc w:val="both"/>
        <w:rPr>
          <w:rFonts w:ascii="Garamond" w:hAnsi="Garamond"/>
          <w:sz w:val="24"/>
          <w:szCs w:val="24"/>
          <w:lang w:val="pt-BR"/>
        </w:rPr>
      </w:pPr>
      <w:r w:rsidRPr="005B268B">
        <w:rPr>
          <w:rFonts w:ascii="Garamond" w:hAnsi="Garamond"/>
          <w:b/>
          <w:bCs/>
          <w:sz w:val="24"/>
          <w:szCs w:val="24"/>
          <w:lang w:val="pt-BR"/>
        </w:rPr>
        <w:t>ÂMBITO DO PLEITO:</w:t>
      </w:r>
      <w:r w:rsidRPr="005B268B">
        <w:rPr>
          <w:rFonts w:ascii="Garamond" w:hAnsi="Garamond"/>
          <w:sz w:val="24"/>
          <w:szCs w:val="24"/>
          <w:lang w:val="pt-BR"/>
        </w:rPr>
        <w:t xml:space="preserve"> </w:t>
      </w:r>
      <w:proofErr w:type="gramStart"/>
      <w:r w:rsidRPr="005B268B">
        <w:rPr>
          <w:rFonts w:ascii="Garamond" w:hAnsi="Garamond"/>
          <w:sz w:val="24"/>
          <w:szCs w:val="24"/>
          <w:lang w:val="pt-BR"/>
        </w:rPr>
        <w:t>(</w:t>
      </w:r>
      <w:r>
        <w:rPr>
          <w:rFonts w:ascii="Garamond" w:hAnsi="Garamond"/>
          <w:sz w:val="24"/>
          <w:szCs w:val="24"/>
          <w:lang w:val="pt-BR"/>
        </w:rPr>
        <w:t xml:space="preserve">  </w:t>
      </w:r>
      <w:proofErr w:type="gramEnd"/>
      <w:r>
        <w:rPr>
          <w:rFonts w:ascii="Garamond" w:hAnsi="Garamond"/>
          <w:sz w:val="24"/>
          <w:szCs w:val="24"/>
          <w:lang w:val="pt-BR"/>
        </w:rPr>
        <w:t xml:space="preserve"> </w:t>
      </w:r>
      <w:r w:rsidRPr="005B268B">
        <w:rPr>
          <w:rFonts w:ascii="Garamond" w:hAnsi="Garamond"/>
          <w:sz w:val="24"/>
          <w:szCs w:val="24"/>
          <w:lang w:val="pt-BR"/>
        </w:rPr>
        <w:t xml:space="preserve">) Diretoria Executiva Geral e Conselho Deliberativo | </w:t>
      </w:r>
      <w:proofErr w:type="gramStart"/>
      <w:r w:rsidRPr="005B268B">
        <w:rPr>
          <w:rFonts w:ascii="Garamond" w:hAnsi="Garamond"/>
          <w:sz w:val="24"/>
          <w:szCs w:val="24"/>
          <w:lang w:val="pt-BR"/>
        </w:rPr>
        <w:t>(</w:t>
      </w:r>
      <w:r>
        <w:rPr>
          <w:rFonts w:ascii="Garamond" w:hAnsi="Garamond"/>
          <w:sz w:val="24"/>
          <w:szCs w:val="24"/>
          <w:lang w:val="pt-BR"/>
        </w:rPr>
        <w:t xml:space="preserve">  </w:t>
      </w:r>
      <w:proofErr w:type="gramEnd"/>
      <w:r>
        <w:rPr>
          <w:rFonts w:ascii="Garamond" w:hAnsi="Garamond"/>
          <w:sz w:val="24"/>
          <w:szCs w:val="24"/>
          <w:lang w:val="pt-BR"/>
        </w:rPr>
        <w:t xml:space="preserve"> </w:t>
      </w:r>
      <w:r w:rsidRPr="005B268B">
        <w:rPr>
          <w:rFonts w:ascii="Garamond" w:hAnsi="Garamond"/>
          <w:sz w:val="24"/>
          <w:szCs w:val="24"/>
          <w:lang w:val="pt-BR"/>
        </w:rPr>
        <w:t>) Subsede Regional de: ________________________</w:t>
      </w:r>
      <w:r>
        <w:rPr>
          <w:rFonts w:ascii="Garamond" w:hAnsi="Garamond"/>
          <w:sz w:val="24"/>
          <w:szCs w:val="24"/>
          <w:lang w:val="pt-BR"/>
        </w:rPr>
        <w:t xml:space="preserve"> </w:t>
      </w:r>
      <w:r w:rsidRPr="005B268B">
        <w:rPr>
          <w:rFonts w:ascii="Garamond" w:hAnsi="Garamond"/>
          <w:sz w:val="24"/>
          <w:szCs w:val="24"/>
          <w:lang w:val="pt-BR"/>
        </w:rPr>
        <w:t>|</w:t>
      </w:r>
      <w:r>
        <w:rPr>
          <w:rFonts w:ascii="Garamond" w:hAnsi="Garamond"/>
          <w:sz w:val="24"/>
          <w:szCs w:val="24"/>
          <w:lang w:val="pt-BR"/>
        </w:rPr>
        <w:t xml:space="preserve"> </w:t>
      </w:r>
      <w:proofErr w:type="gramStart"/>
      <w:r>
        <w:rPr>
          <w:rFonts w:ascii="Garamond" w:hAnsi="Garamond"/>
          <w:sz w:val="24"/>
          <w:szCs w:val="24"/>
          <w:lang w:val="pt-BR"/>
        </w:rPr>
        <w:t xml:space="preserve">(  </w:t>
      </w:r>
      <w:proofErr w:type="gramEnd"/>
      <w:r>
        <w:rPr>
          <w:rFonts w:ascii="Garamond" w:hAnsi="Garamond"/>
          <w:sz w:val="24"/>
          <w:szCs w:val="24"/>
          <w:lang w:val="pt-BR"/>
        </w:rPr>
        <w:t xml:space="preserve"> ) Conselho Fiscal </w:t>
      </w:r>
      <w:proofErr w:type="gramStart"/>
      <w:r w:rsidRPr="005B268B">
        <w:rPr>
          <w:rFonts w:ascii="Garamond" w:hAnsi="Garamond"/>
          <w:sz w:val="24"/>
          <w:szCs w:val="24"/>
          <w:lang w:val="pt-BR"/>
        </w:rPr>
        <w:t>|</w:t>
      </w:r>
      <w:r>
        <w:rPr>
          <w:rFonts w:ascii="Garamond" w:hAnsi="Garamond"/>
          <w:sz w:val="24"/>
          <w:szCs w:val="24"/>
          <w:lang w:val="pt-BR"/>
        </w:rPr>
        <w:t xml:space="preserve">(  </w:t>
      </w:r>
      <w:proofErr w:type="gramEnd"/>
      <w:r>
        <w:rPr>
          <w:rFonts w:ascii="Garamond" w:hAnsi="Garamond"/>
          <w:sz w:val="24"/>
          <w:szCs w:val="24"/>
          <w:lang w:val="pt-BR"/>
        </w:rPr>
        <w:t xml:space="preserve"> ) Comissão de Ética e Disciplina</w:t>
      </w:r>
    </w:p>
    <w:p w14:paraId="7F54F607" w14:textId="77777777" w:rsidR="005B268B" w:rsidRDefault="005B268B" w:rsidP="005B268B">
      <w:pPr>
        <w:jc w:val="both"/>
        <w:rPr>
          <w:rFonts w:ascii="Garamond" w:hAnsi="Garamond"/>
          <w:sz w:val="24"/>
          <w:szCs w:val="24"/>
          <w:lang w:val="pt-BR"/>
        </w:rPr>
      </w:pPr>
      <w:r w:rsidRPr="005B268B">
        <w:rPr>
          <w:rFonts w:ascii="Garamond" w:hAnsi="Garamond"/>
          <w:sz w:val="24"/>
          <w:szCs w:val="24"/>
          <w:lang w:val="pt-BR"/>
        </w:rPr>
        <w:t>Composição da Chapa apresentada em anexo, contendo todos os nomes, cargos titulares e suplentes, acompanhada dos requerimentos individuais de confirmação e dos respectivos conjuntos documentais de habilitação de cada candidato integrante:</w:t>
      </w:r>
    </w:p>
    <w:p w14:paraId="6526A9AC" w14:textId="77777777" w:rsidR="005B268B" w:rsidRDefault="005B268B" w:rsidP="005B268B">
      <w:pPr>
        <w:jc w:val="both"/>
        <w:rPr>
          <w:rFonts w:ascii="Garamond" w:hAnsi="Garamond"/>
          <w:sz w:val="24"/>
          <w:szCs w:val="24"/>
          <w:lang w:val="pt-BR"/>
        </w:rPr>
      </w:pPr>
    </w:p>
    <w:tbl>
      <w:tblPr>
        <w:tblStyle w:val="Tabelacomgrade"/>
        <w:tblW w:w="10388" w:type="dxa"/>
        <w:tblLook w:val="04A0" w:firstRow="1" w:lastRow="0" w:firstColumn="1" w:lastColumn="0" w:noHBand="0" w:noVBand="1"/>
      </w:tblPr>
      <w:tblGrid>
        <w:gridCol w:w="2263"/>
        <w:gridCol w:w="4962"/>
        <w:gridCol w:w="1244"/>
        <w:gridCol w:w="1919"/>
      </w:tblGrid>
      <w:tr w:rsidR="005B268B" w14:paraId="5B972F5B" w14:textId="77777777" w:rsidTr="005B268B">
        <w:tc>
          <w:tcPr>
            <w:tcW w:w="2263" w:type="dxa"/>
          </w:tcPr>
          <w:p w14:paraId="6BAE77D3" w14:textId="37C6190B" w:rsidR="005B268B" w:rsidRPr="009302D6" w:rsidRDefault="005B268B" w:rsidP="009302D6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  <w:u w:val="single"/>
                <w:lang w:val="pt-BR"/>
              </w:rPr>
            </w:pPr>
            <w:r w:rsidRPr="009302D6">
              <w:rPr>
                <w:rFonts w:ascii="Garamond" w:hAnsi="Garamond"/>
                <w:b/>
                <w:bCs/>
                <w:sz w:val="24"/>
                <w:szCs w:val="24"/>
                <w:u w:val="single"/>
                <w:lang w:val="pt-BR"/>
              </w:rPr>
              <w:t>Cargo Estatutário</w:t>
            </w:r>
          </w:p>
        </w:tc>
        <w:tc>
          <w:tcPr>
            <w:tcW w:w="4962" w:type="dxa"/>
          </w:tcPr>
          <w:p w14:paraId="1F37D42A" w14:textId="1B074B94" w:rsidR="005B268B" w:rsidRPr="009302D6" w:rsidRDefault="005B268B" w:rsidP="009302D6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  <w:u w:val="single"/>
                <w:lang w:val="pt-BR"/>
              </w:rPr>
            </w:pPr>
            <w:r w:rsidRPr="009302D6">
              <w:rPr>
                <w:rFonts w:ascii="Garamond" w:hAnsi="Garamond"/>
                <w:b/>
                <w:bCs/>
                <w:sz w:val="24"/>
                <w:szCs w:val="24"/>
                <w:u w:val="single"/>
                <w:lang w:val="pt-BR"/>
              </w:rPr>
              <w:t>Nome Completo do Candidato</w:t>
            </w:r>
          </w:p>
        </w:tc>
        <w:tc>
          <w:tcPr>
            <w:tcW w:w="1244" w:type="dxa"/>
          </w:tcPr>
          <w:p w14:paraId="3BD30222" w14:textId="65F27703" w:rsidR="005B268B" w:rsidRPr="009302D6" w:rsidRDefault="005B268B" w:rsidP="009302D6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  <w:u w:val="single"/>
                <w:lang w:val="pt-BR"/>
              </w:rPr>
            </w:pPr>
            <w:r w:rsidRPr="009302D6">
              <w:rPr>
                <w:rFonts w:ascii="Garamond" w:hAnsi="Garamond"/>
                <w:b/>
                <w:bCs/>
                <w:sz w:val="24"/>
                <w:szCs w:val="24"/>
                <w:u w:val="single"/>
                <w:lang w:val="pt-BR"/>
              </w:rPr>
              <w:t>Matrícula</w:t>
            </w:r>
          </w:p>
        </w:tc>
        <w:tc>
          <w:tcPr>
            <w:tcW w:w="1919" w:type="dxa"/>
          </w:tcPr>
          <w:p w14:paraId="2905B901" w14:textId="386E13DE" w:rsidR="005B268B" w:rsidRPr="009302D6" w:rsidRDefault="005B268B" w:rsidP="009302D6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  <w:u w:val="single"/>
                <w:lang w:val="pt-BR"/>
              </w:rPr>
            </w:pPr>
            <w:r w:rsidRPr="009302D6">
              <w:rPr>
                <w:rFonts w:ascii="Garamond" w:hAnsi="Garamond"/>
                <w:b/>
                <w:bCs/>
                <w:sz w:val="24"/>
                <w:szCs w:val="24"/>
                <w:u w:val="single"/>
                <w:lang w:val="pt-BR"/>
              </w:rPr>
              <w:t>CPF</w:t>
            </w:r>
          </w:p>
        </w:tc>
      </w:tr>
      <w:tr w:rsidR="005B268B" w14:paraId="019FC330" w14:textId="77777777" w:rsidTr="005B268B">
        <w:tc>
          <w:tcPr>
            <w:tcW w:w="2263" w:type="dxa"/>
          </w:tcPr>
          <w:p w14:paraId="5200A7A6" w14:textId="77777777" w:rsidR="005B268B" w:rsidRDefault="005B268B" w:rsidP="005B268B">
            <w:pPr>
              <w:jc w:val="both"/>
              <w:rPr>
                <w:rFonts w:ascii="Garamond" w:hAnsi="Garamond"/>
                <w:sz w:val="24"/>
                <w:szCs w:val="24"/>
                <w:lang w:val="pt-BR"/>
              </w:rPr>
            </w:pPr>
          </w:p>
        </w:tc>
        <w:tc>
          <w:tcPr>
            <w:tcW w:w="4962" w:type="dxa"/>
          </w:tcPr>
          <w:p w14:paraId="7E2C733A" w14:textId="77777777" w:rsidR="005B268B" w:rsidRDefault="005B268B" w:rsidP="005B268B">
            <w:pPr>
              <w:jc w:val="both"/>
              <w:rPr>
                <w:rFonts w:ascii="Garamond" w:hAnsi="Garamond"/>
                <w:sz w:val="24"/>
                <w:szCs w:val="24"/>
                <w:lang w:val="pt-BR"/>
              </w:rPr>
            </w:pPr>
          </w:p>
        </w:tc>
        <w:tc>
          <w:tcPr>
            <w:tcW w:w="1244" w:type="dxa"/>
          </w:tcPr>
          <w:p w14:paraId="0A4D75CE" w14:textId="77777777" w:rsidR="005B268B" w:rsidRDefault="005B268B" w:rsidP="005B268B">
            <w:pPr>
              <w:jc w:val="both"/>
              <w:rPr>
                <w:rFonts w:ascii="Garamond" w:hAnsi="Garamond"/>
                <w:sz w:val="24"/>
                <w:szCs w:val="24"/>
                <w:lang w:val="pt-BR"/>
              </w:rPr>
            </w:pPr>
          </w:p>
        </w:tc>
        <w:tc>
          <w:tcPr>
            <w:tcW w:w="1919" w:type="dxa"/>
          </w:tcPr>
          <w:p w14:paraId="58AD0B85" w14:textId="77777777" w:rsidR="005B268B" w:rsidRDefault="005B268B" w:rsidP="005B268B">
            <w:pPr>
              <w:jc w:val="both"/>
              <w:rPr>
                <w:rFonts w:ascii="Garamond" w:hAnsi="Garamond"/>
                <w:sz w:val="24"/>
                <w:szCs w:val="24"/>
                <w:lang w:val="pt-BR"/>
              </w:rPr>
            </w:pPr>
          </w:p>
        </w:tc>
      </w:tr>
      <w:tr w:rsidR="009302D6" w14:paraId="32155EC8" w14:textId="77777777" w:rsidTr="005B268B">
        <w:tc>
          <w:tcPr>
            <w:tcW w:w="2263" w:type="dxa"/>
          </w:tcPr>
          <w:p w14:paraId="0444A870" w14:textId="77777777" w:rsidR="009302D6" w:rsidRDefault="009302D6" w:rsidP="005B268B">
            <w:pPr>
              <w:jc w:val="both"/>
              <w:rPr>
                <w:rFonts w:ascii="Garamond" w:hAnsi="Garamond"/>
                <w:sz w:val="24"/>
                <w:szCs w:val="24"/>
                <w:lang w:val="pt-BR"/>
              </w:rPr>
            </w:pPr>
          </w:p>
        </w:tc>
        <w:tc>
          <w:tcPr>
            <w:tcW w:w="4962" w:type="dxa"/>
          </w:tcPr>
          <w:p w14:paraId="58FE7DA5" w14:textId="77777777" w:rsidR="009302D6" w:rsidRDefault="009302D6" w:rsidP="005B268B">
            <w:pPr>
              <w:jc w:val="both"/>
              <w:rPr>
                <w:rFonts w:ascii="Garamond" w:hAnsi="Garamond"/>
                <w:sz w:val="24"/>
                <w:szCs w:val="24"/>
                <w:lang w:val="pt-BR"/>
              </w:rPr>
            </w:pPr>
          </w:p>
        </w:tc>
        <w:tc>
          <w:tcPr>
            <w:tcW w:w="1244" w:type="dxa"/>
          </w:tcPr>
          <w:p w14:paraId="3626FC2F" w14:textId="77777777" w:rsidR="009302D6" w:rsidRDefault="009302D6" w:rsidP="005B268B">
            <w:pPr>
              <w:jc w:val="both"/>
              <w:rPr>
                <w:rFonts w:ascii="Garamond" w:hAnsi="Garamond"/>
                <w:sz w:val="24"/>
                <w:szCs w:val="24"/>
                <w:lang w:val="pt-BR"/>
              </w:rPr>
            </w:pPr>
          </w:p>
        </w:tc>
        <w:tc>
          <w:tcPr>
            <w:tcW w:w="1919" w:type="dxa"/>
          </w:tcPr>
          <w:p w14:paraId="10A5575E" w14:textId="77777777" w:rsidR="009302D6" w:rsidRDefault="009302D6" w:rsidP="005B268B">
            <w:pPr>
              <w:jc w:val="both"/>
              <w:rPr>
                <w:rFonts w:ascii="Garamond" w:hAnsi="Garamond"/>
                <w:sz w:val="24"/>
                <w:szCs w:val="24"/>
                <w:lang w:val="pt-BR"/>
              </w:rPr>
            </w:pPr>
          </w:p>
        </w:tc>
      </w:tr>
    </w:tbl>
    <w:p w14:paraId="433A3938" w14:textId="77777777" w:rsidR="005B268B" w:rsidRPr="005B268B" w:rsidRDefault="005B268B" w:rsidP="005B268B">
      <w:pPr>
        <w:jc w:val="both"/>
        <w:rPr>
          <w:rFonts w:ascii="Garamond" w:hAnsi="Garamond"/>
          <w:sz w:val="24"/>
          <w:szCs w:val="24"/>
          <w:lang w:val="pt-BR"/>
        </w:rPr>
      </w:pPr>
    </w:p>
    <w:p w14:paraId="6C63F529" w14:textId="77777777" w:rsidR="009302D6" w:rsidRPr="009302D6" w:rsidRDefault="009302D6" w:rsidP="009302D6">
      <w:pPr>
        <w:ind w:firstLine="1134"/>
        <w:jc w:val="both"/>
        <w:rPr>
          <w:rFonts w:ascii="Garamond" w:hAnsi="Garamond"/>
          <w:sz w:val="24"/>
          <w:szCs w:val="24"/>
          <w:lang w:val="pt-BR"/>
        </w:rPr>
      </w:pPr>
      <w:r w:rsidRPr="009302D6">
        <w:rPr>
          <w:rFonts w:ascii="Garamond" w:hAnsi="Garamond"/>
          <w:sz w:val="24"/>
          <w:szCs w:val="24"/>
          <w:lang w:val="pt-BR"/>
        </w:rPr>
        <w:t>Nestes termos, pede deferimento.</w:t>
      </w:r>
    </w:p>
    <w:p w14:paraId="51C11E4E" w14:textId="77777777" w:rsidR="009302D6" w:rsidRPr="009302D6" w:rsidRDefault="009302D6" w:rsidP="009302D6">
      <w:pPr>
        <w:ind w:firstLine="1134"/>
        <w:jc w:val="both"/>
        <w:rPr>
          <w:rFonts w:ascii="Garamond" w:hAnsi="Garamond"/>
          <w:sz w:val="24"/>
          <w:szCs w:val="24"/>
          <w:lang w:val="pt-BR"/>
        </w:rPr>
      </w:pPr>
      <w:r w:rsidRPr="009302D6">
        <w:rPr>
          <w:rFonts w:ascii="Garamond" w:hAnsi="Garamond"/>
          <w:sz w:val="24"/>
          <w:szCs w:val="24"/>
          <w:lang w:val="pt-BR"/>
        </w:rPr>
        <w:t>Local e Data: ____________________________, _____ de setembro de 2026.</w:t>
      </w:r>
    </w:p>
    <w:p w14:paraId="78B46C47" w14:textId="4988CAAC" w:rsidR="009302D6" w:rsidRPr="009302D6" w:rsidRDefault="009302D6" w:rsidP="009302D6">
      <w:pPr>
        <w:jc w:val="both"/>
        <w:rPr>
          <w:rFonts w:ascii="Garamond" w:hAnsi="Garamond"/>
          <w:sz w:val="24"/>
          <w:szCs w:val="24"/>
          <w:lang w:val="pt-BR"/>
        </w:rPr>
      </w:pPr>
    </w:p>
    <w:p w14:paraId="3CAAC6BF" w14:textId="77777777" w:rsidR="009302D6" w:rsidRPr="009302D6" w:rsidRDefault="009302D6" w:rsidP="009302D6">
      <w:pPr>
        <w:jc w:val="both"/>
        <w:rPr>
          <w:rFonts w:ascii="Garamond" w:hAnsi="Garamond"/>
          <w:sz w:val="24"/>
          <w:szCs w:val="24"/>
          <w:lang w:val="pt-BR"/>
        </w:rPr>
      </w:pPr>
      <w:r w:rsidRPr="009302D6">
        <w:rPr>
          <w:rFonts w:ascii="Garamond" w:hAnsi="Garamond"/>
          <w:b/>
          <w:bCs/>
          <w:sz w:val="24"/>
          <w:szCs w:val="24"/>
          <w:lang w:val="pt-BR"/>
        </w:rPr>
        <w:t>Assinatura do Cabeça de Chapa (Presidente ou Diretor de Subsede)</w:t>
      </w:r>
    </w:p>
    <w:p w14:paraId="7E97570A" w14:textId="77777777" w:rsidR="009302D6" w:rsidRPr="009302D6" w:rsidRDefault="009302D6" w:rsidP="009302D6">
      <w:pPr>
        <w:jc w:val="both"/>
        <w:rPr>
          <w:rFonts w:ascii="Garamond" w:hAnsi="Garamond"/>
          <w:sz w:val="24"/>
          <w:szCs w:val="24"/>
          <w:lang w:val="pt-BR"/>
        </w:rPr>
      </w:pPr>
      <w:r w:rsidRPr="009302D6">
        <w:rPr>
          <w:rFonts w:ascii="Garamond" w:hAnsi="Garamond"/>
          <w:sz w:val="24"/>
          <w:szCs w:val="24"/>
          <w:lang w:val="pt-BR"/>
        </w:rPr>
        <w:t>CPF: _______________________________ | Telefone: _______________________________</w:t>
      </w:r>
    </w:p>
    <w:p w14:paraId="0EF309AE" w14:textId="77777777" w:rsidR="009302D6" w:rsidRPr="009302D6" w:rsidRDefault="009302D6" w:rsidP="009302D6">
      <w:pPr>
        <w:jc w:val="both"/>
        <w:rPr>
          <w:rFonts w:ascii="Garamond" w:hAnsi="Garamond"/>
          <w:sz w:val="24"/>
          <w:szCs w:val="24"/>
          <w:lang w:val="pt-BR"/>
        </w:rPr>
      </w:pPr>
      <w:r w:rsidRPr="009302D6">
        <w:rPr>
          <w:rFonts w:ascii="Garamond" w:hAnsi="Garamond"/>
          <w:sz w:val="24"/>
          <w:szCs w:val="24"/>
          <w:lang w:val="pt-BR"/>
        </w:rPr>
        <w:t>E-mail: ________________________________________________________________________</w:t>
      </w:r>
    </w:p>
    <w:p w14:paraId="50EA6BB9" w14:textId="77777777" w:rsidR="009302D6" w:rsidRDefault="009302D6" w:rsidP="005B268B">
      <w:pPr>
        <w:jc w:val="both"/>
        <w:rPr>
          <w:rFonts w:ascii="Garamond" w:hAnsi="Garamond"/>
          <w:sz w:val="24"/>
          <w:szCs w:val="24"/>
        </w:rPr>
      </w:pPr>
    </w:p>
    <w:p w14:paraId="23449D82" w14:textId="3524695A" w:rsidR="009302D6" w:rsidRDefault="009302D6" w:rsidP="005B268B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OU </w:t>
      </w:r>
    </w:p>
    <w:p w14:paraId="6F516982" w14:textId="77777777" w:rsidR="009302D6" w:rsidRDefault="009302D6" w:rsidP="009302D6">
      <w:pPr>
        <w:jc w:val="both"/>
        <w:rPr>
          <w:rFonts w:ascii="Garamond" w:hAnsi="Garamond"/>
          <w:b/>
          <w:bCs/>
          <w:sz w:val="24"/>
          <w:szCs w:val="24"/>
          <w:lang w:val="pt-BR"/>
        </w:rPr>
      </w:pPr>
    </w:p>
    <w:p w14:paraId="00D30624" w14:textId="256E7DC3" w:rsidR="009302D6" w:rsidRPr="009302D6" w:rsidRDefault="009302D6" w:rsidP="009302D6">
      <w:pPr>
        <w:jc w:val="both"/>
        <w:rPr>
          <w:rFonts w:ascii="Garamond" w:hAnsi="Garamond"/>
          <w:sz w:val="24"/>
          <w:szCs w:val="24"/>
          <w:lang w:val="pt-BR"/>
        </w:rPr>
      </w:pPr>
      <w:r w:rsidRPr="009302D6">
        <w:rPr>
          <w:rFonts w:ascii="Garamond" w:hAnsi="Garamond"/>
          <w:b/>
          <w:bCs/>
          <w:sz w:val="24"/>
          <w:szCs w:val="24"/>
          <w:lang w:val="pt-BR"/>
        </w:rPr>
        <w:t xml:space="preserve">Assinatura do </w:t>
      </w:r>
      <w:r>
        <w:rPr>
          <w:rFonts w:ascii="Garamond" w:hAnsi="Garamond"/>
          <w:b/>
          <w:bCs/>
          <w:sz w:val="24"/>
          <w:szCs w:val="24"/>
          <w:lang w:val="pt-BR"/>
        </w:rPr>
        <w:t xml:space="preserve">Candidato ao </w:t>
      </w:r>
      <w:r>
        <w:rPr>
          <w:rFonts w:ascii="Garamond" w:hAnsi="Garamond"/>
          <w:sz w:val="24"/>
          <w:szCs w:val="24"/>
          <w:lang w:val="pt-BR"/>
        </w:rPr>
        <w:t>Conselho Fiscal</w:t>
      </w:r>
    </w:p>
    <w:p w14:paraId="3A9F3B04" w14:textId="77777777" w:rsidR="009302D6" w:rsidRPr="009302D6" w:rsidRDefault="009302D6" w:rsidP="009302D6">
      <w:pPr>
        <w:jc w:val="both"/>
        <w:rPr>
          <w:rFonts w:ascii="Garamond" w:hAnsi="Garamond"/>
          <w:sz w:val="24"/>
          <w:szCs w:val="24"/>
          <w:lang w:val="pt-BR"/>
        </w:rPr>
      </w:pPr>
      <w:r w:rsidRPr="009302D6">
        <w:rPr>
          <w:rFonts w:ascii="Garamond" w:hAnsi="Garamond"/>
          <w:sz w:val="24"/>
          <w:szCs w:val="24"/>
          <w:lang w:val="pt-BR"/>
        </w:rPr>
        <w:t>CPF: _______________________________ | Telefone: _______________________________</w:t>
      </w:r>
    </w:p>
    <w:p w14:paraId="09A7DB2E" w14:textId="77777777" w:rsidR="009302D6" w:rsidRPr="009302D6" w:rsidRDefault="009302D6" w:rsidP="009302D6">
      <w:pPr>
        <w:jc w:val="both"/>
        <w:rPr>
          <w:rFonts w:ascii="Garamond" w:hAnsi="Garamond"/>
          <w:sz w:val="24"/>
          <w:szCs w:val="24"/>
          <w:lang w:val="pt-BR"/>
        </w:rPr>
      </w:pPr>
      <w:r w:rsidRPr="009302D6">
        <w:rPr>
          <w:rFonts w:ascii="Garamond" w:hAnsi="Garamond"/>
          <w:sz w:val="24"/>
          <w:szCs w:val="24"/>
          <w:lang w:val="pt-BR"/>
        </w:rPr>
        <w:t>E-mail: ________________________________________________________________________</w:t>
      </w:r>
    </w:p>
    <w:p w14:paraId="5F52A6BA" w14:textId="77777777" w:rsidR="009302D6" w:rsidRDefault="009302D6" w:rsidP="005B268B">
      <w:pPr>
        <w:jc w:val="both"/>
        <w:rPr>
          <w:rFonts w:ascii="Garamond" w:hAnsi="Garamond"/>
          <w:sz w:val="24"/>
          <w:szCs w:val="24"/>
        </w:rPr>
      </w:pPr>
    </w:p>
    <w:p w14:paraId="6FE24681" w14:textId="653CF3F4" w:rsidR="009302D6" w:rsidRDefault="009302D6" w:rsidP="005B268B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OU</w:t>
      </w:r>
    </w:p>
    <w:p w14:paraId="1FFE7495" w14:textId="77777777" w:rsidR="009302D6" w:rsidRDefault="009302D6" w:rsidP="005B268B">
      <w:pPr>
        <w:jc w:val="both"/>
        <w:rPr>
          <w:rFonts w:ascii="Garamond" w:hAnsi="Garamond"/>
          <w:sz w:val="24"/>
          <w:szCs w:val="24"/>
        </w:rPr>
      </w:pPr>
    </w:p>
    <w:p w14:paraId="03C8291B" w14:textId="3F2B7644" w:rsidR="009302D6" w:rsidRPr="009302D6" w:rsidRDefault="009302D6" w:rsidP="009302D6">
      <w:pPr>
        <w:jc w:val="both"/>
        <w:rPr>
          <w:rFonts w:ascii="Garamond" w:hAnsi="Garamond"/>
          <w:sz w:val="24"/>
          <w:szCs w:val="24"/>
          <w:lang w:val="pt-BR"/>
        </w:rPr>
      </w:pPr>
      <w:r w:rsidRPr="009302D6">
        <w:rPr>
          <w:rFonts w:ascii="Garamond" w:hAnsi="Garamond"/>
          <w:b/>
          <w:bCs/>
          <w:sz w:val="24"/>
          <w:szCs w:val="24"/>
          <w:lang w:val="pt-BR"/>
        </w:rPr>
        <w:t xml:space="preserve">Assinatura do </w:t>
      </w:r>
      <w:r>
        <w:rPr>
          <w:rFonts w:ascii="Garamond" w:hAnsi="Garamond"/>
          <w:b/>
          <w:bCs/>
          <w:sz w:val="24"/>
          <w:szCs w:val="24"/>
          <w:lang w:val="pt-BR"/>
        </w:rPr>
        <w:t xml:space="preserve">Candidato ao </w:t>
      </w:r>
      <w:r>
        <w:rPr>
          <w:rFonts w:ascii="Garamond" w:hAnsi="Garamond"/>
          <w:sz w:val="24"/>
          <w:szCs w:val="24"/>
          <w:lang w:val="pt-BR"/>
        </w:rPr>
        <w:t>Comissão de Ética e Disciplina</w:t>
      </w:r>
    </w:p>
    <w:p w14:paraId="2779516D" w14:textId="77777777" w:rsidR="009302D6" w:rsidRPr="009302D6" w:rsidRDefault="009302D6" w:rsidP="009302D6">
      <w:pPr>
        <w:jc w:val="both"/>
        <w:rPr>
          <w:rFonts w:ascii="Garamond" w:hAnsi="Garamond"/>
          <w:sz w:val="24"/>
          <w:szCs w:val="24"/>
          <w:lang w:val="pt-BR"/>
        </w:rPr>
      </w:pPr>
      <w:r w:rsidRPr="009302D6">
        <w:rPr>
          <w:rFonts w:ascii="Garamond" w:hAnsi="Garamond"/>
          <w:sz w:val="24"/>
          <w:szCs w:val="24"/>
          <w:lang w:val="pt-BR"/>
        </w:rPr>
        <w:t>CPF: _______________________________ | Telefone: _______________________________</w:t>
      </w:r>
    </w:p>
    <w:p w14:paraId="74358F65" w14:textId="77777777" w:rsidR="009302D6" w:rsidRPr="009302D6" w:rsidRDefault="009302D6" w:rsidP="009302D6">
      <w:pPr>
        <w:jc w:val="both"/>
        <w:rPr>
          <w:rFonts w:ascii="Garamond" w:hAnsi="Garamond"/>
          <w:sz w:val="24"/>
          <w:szCs w:val="24"/>
          <w:lang w:val="pt-BR"/>
        </w:rPr>
      </w:pPr>
      <w:r w:rsidRPr="009302D6">
        <w:rPr>
          <w:rFonts w:ascii="Garamond" w:hAnsi="Garamond"/>
          <w:sz w:val="24"/>
          <w:szCs w:val="24"/>
          <w:lang w:val="pt-BR"/>
        </w:rPr>
        <w:t>E-mail: ________________________________________________________________________</w:t>
      </w:r>
    </w:p>
    <w:p w14:paraId="45CB1CDD" w14:textId="77777777" w:rsidR="009302D6" w:rsidRDefault="009302D6" w:rsidP="009302D6">
      <w:pPr>
        <w:jc w:val="both"/>
        <w:rPr>
          <w:rFonts w:ascii="Garamond" w:hAnsi="Garamond"/>
          <w:sz w:val="24"/>
          <w:szCs w:val="24"/>
        </w:rPr>
      </w:pPr>
    </w:p>
    <w:p w14:paraId="7378FE7E" w14:textId="77777777" w:rsidR="009302D6" w:rsidRPr="005B268B" w:rsidRDefault="009302D6" w:rsidP="005B268B">
      <w:pPr>
        <w:jc w:val="both"/>
        <w:rPr>
          <w:rFonts w:ascii="Garamond" w:hAnsi="Garamond"/>
          <w:sz w:val="24"/>
          <w:szCs w:val="24"/>
        </w:rPr>
      </w:pPr>
    </w:p>
    <w:sectPr w:rsidR="009302D6" w:rsidRPr="005B268B" w:rsidSect="009302D6">
      <w:pgSz w:w="11906" w:h="16838"/>
      <w:pgMar w:top="709" w:right="707" w:bottom="284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7E2A96"/>
    <w:multiLevelType w:val="multilevel"/>
    <w:tmpl w:val="0A6C0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BF26A24"/>
    <w:multiLevelType w:val="multilevel"/>
    <w:tmpl w:val="76343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D9D03B8"/>
    <w:multiLevelType w:val="multilevel"/>
    <w:tmpl w:val="9E1AC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D66EE0"/>
    <w:multiLevelType w:val="multilevel"/>
    <w:tmpl w:val="CD8AC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6BF35E7"/>
    <w:multiLevelType w:val="multilevel"/>
    <w:tmpl w:val="5EECF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E9653D"/>
    <w:multiLevelType w:val="multilevel"/>
    <w:tmpl w:val="22F6B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3834D5"/>
    <w:multiLevelType w:val="multilevel"/>
    <w:tmpl w:val="2318A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B6787D"/>
    <w:multiLevelType w:val="multilevel"/>
    <w:tmpl w:val="303E2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747C4F"/>
    <w:multiLevelType w:val="multilevel"/>
    <w:tmpl w:val="9208B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0A22B73"/>
    <w:multiLevelType w:val="multilevel"/>
    <w:tmpl w:val="26E0E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50765D"/>
    <w:multiLevelType w:val="multilevel"/>
    <w:tmpl w:val="5F549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15970A2"/>
    <w:multiLevelType w:val="multilevel"/>
    <w:tmpl w:val="889AF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745165C"/>
    <w:multiLevelType w:val="multilevel"/>
    <w:tmpl w:val="0A000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F6967BD"/>
    <w:multiLevelType w:val="multilevel"/>
    <w:tmpl w:val="00DA1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8C133A"/>
    <w:multiLevelType w:val="multilevel"/>
    <w:tmpl w:val="A140B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8A405AB"/>
    <w:multiLevelType w:val="multilevel"/>
    <w:tmpl w:val="4000C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AEB5C99"/>
    <w:multiLevelType w:val="multilevel"/>
    <w:tmpl w:val="26A4A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3220183">
    <w:abstractNumId w:val="8"/>
  </w:num>
  <w:num w:numId="2" w16cid:durableId="242299320">
    <w:abstractNumId w:val="6"/>
  </w:num>
  <w:num w:numId="3" w16cid:durableId="1556315610">
    <w:abstractNumId w:val="5"/>
  </w:num>
  <w:num w:numId="4" w16cid:durableId="963121058">
    <w:abstractNumId w:val="4"/>
  </w:num>
  <w:num w:numId="5" w16cid:durableId="1984700080">
    <w:abstractNumId w:val="7"/>
  </w:num>
  <w:num w:numId="6" w16cid:durableId="78213369">
    <w:abstractNumId w:val="3"/>
  </w:num>
  <w:num w:numId="7" w16cid:durableId="2018195293">
    <w:abstractNumId w:val="2"/>
  </w:num>
  <w:num w:numId="8" w16cid:durableId="1082406671">
    <w:abstractNumId w:val="1"/>
  </w:num>
  <w:num w:numId="9" w16cid:durableId="1789549099">
    <w:abstractNumId w:val="0"/>
  </w:num>
  <w:num w:numId="10" w16cid:durableId="400562298">
    <w:abstractNumId w:val="21"/>
  </w:num>
  <w:num w:numId="11" w16cid:durableId="476651157">
    <w:abstractNumId w:val="14"/>
  </w:num>
  <w:num w:numId="12" w16cid:durableId="459302933">
    <w:abstractNumId w:val="22"/>
  </w:num>
  <w:num w:numId="13" w16cid:durableId="2057779327">
    <w:abstractNumId w:val="15"/>
  </w:num>
  <w:num w:numId="14" w16cid:durableId="702100999">
    <w:abstractNumId w:val="11"/>
  </w:num>
  <w:num w:numId="15" w16cid:durableId="829949163">
    <w:abstractNumId w:val="23"/>
  </w:num>
  <w:num w:numId="16" w16cid:durableId="840048009">
    <w:abstractNumId w:val="18"/>
  </w:num>
  <w:num w:numId="17" w16cid:durableId="1017195610">
    <w:abstractNumId w:val="16"/>
  </w:num>
  <w:num w:numId="18" w16cid:durableId="1617906399">
    <w:abstractNumId w:val="25"/>
  </w:num>
  <w:num w:numId="19" w16cid:durableId="1175923131">
    <w:abstractNumId w:val="9"/>
  </w:num>
  <w:num w:numId="20" w16cid:durableId="1247349585">
    <w:abstractNumId w:val="13"/>
  </w:num>
  <w:num w:numId="21" w16cid:durableId="1644388750">
    <w:abstractNumId w:val="17"/>
  </w:num>
  <w:num w:numId="22" w16cid:durableId="516163689">
    <w:abstractNumId w:val="20"/>
  </w:num>
  <w:num w:numId="23" w16cid:durableId="957643356">
    <w:abstractNumId w:val="19"/>
  </w:num>
  <w:num w:numId="24" w16cid:durableId="1752385877">
    <w:abstractNumId w:val="24"/>
  </w:num>
  <w:num w:numId="25" w16cid:durableId="1139689185">
    <w:abstractNumId w:val="10"/>
  </w:num>
  <w:num w:numId="26" w16cid:durableId="42476365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098"/>
    <w:rsid w:val="00021EF1"/>
    <w:rsid w:val="0003192A"/>
    <w:rsid w:val="00034616"/>
    <w:rsid w:val="000506B2"/>
    <w:rsid w:val="00053AEB"/>
    <w:rsid w:val="0006063C"/>
    <w:rsid w:val="00076688"/>
    <w:rsid w:val="000A2B25"/>
    <w:rsid w:val="000A2B3D"/>
    <w:rsid w:val="000F4B80"/>
    <w:rsid w:val="001349AB"/>
    <w:rsid w:val="0013539F"/>
    <w:rsid w:val="0015074B"/>
    <w:rsid w:val="0018493F"/>
    <w:rsid w:val="001967DF"/>
    <w:rsid w:val="001A006D"/>
    <w:rsid w:val="001A275F"/>
    <w:rsid w:val="001D5CFC"/>
    <w:rsid w:val="00253FE9"/>
    <w:rsid w:val="0029639D"/>
    <w:rsid w:val="002E247D"/>
    <w:rsid w:val="002F66BA"/>
    <w:rsid w:val="0031209F"/>
    <w:rsid w:val="00326F90"/>
    <w:rsid w:val="003A287E"/>
    <w:rsid w:val="003B1C79"/>
    <w:rsid w:val="003B2D75"/>
    <w:rsid w:val="0046710D"/>
    <w:rsid w:val="004D5E15"/>
    <w:rsid w:val="005144F4"/>
    <w:rsid w:val="005B268B"/>
    <w:rsid w:val="005D3A17"/>
    <w:rsid w:val="005D50F4"/>
    <w:rsid w:val="006246FD"/>
    <w:rsid w:val="006531BB"/>
    <w:rsid w:val="00680B9E"/>
    <w:rsid w:val="006E624A"/>
    <w:rsid w:val="00754FB6"/>
    <w:rsid w:val="0082136B"/>
    <w:rsid w:val="00854544"/>
    <w:rsid w:val="009302D6"/>
    <w:rsid w:val="00981E4A"/>
    <w:rsid w:val="00991FCC"/>
    <w:rsid w:val="009C7E84"/>
    <w:rsid w:val="009F21E3"/>
    <w:rsid w:val="00A067A3"/>
    <w:rsid w:val="00A06E2A"/>
    <w:rsid w:val="00A62D22"/>
    <w:rsid w:val="00AA1D8D"/>
    <w:rsid w:val="00AF4B30"/>
    <w:rsid w:val="00B262DB"/>
    <w:rsid w:val="00B47730"/>
    <w:rsid w:val="00B92056"/>
    <w:rsid w:val="00BA696E"/>
    <w:rsid w:val="00BB12E1"/>
    <w:rsid w:val="00BB4B48"/>
    <w:rsid w:val="00CB0664"/>
    <w:rsid w:val="00D0569B"/>
    <w:rsid w:val="00D2503F"/>
    <w:rsid w:val="00D47D1C"/>
    <w:rsid w:val="00D8793D"/>
    <w:rsid w:val="00DD3883"/>
    <w:rsid w:val="00E3022D"/>
    <w:rsid w:val="00E97B9F"/>
    <w:rsid w:val="00EB0C20"/>
    <w:rsid w:val="00EF6C3F"/>
    <w:rsid w:val="00F55B59"/>
    <w:rsid w:val="00FC693F"/>
    <w:rsid w:val="00FE1F8E"/>
    <w:rsid w:val="00FF5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4F2EF70A-CEC6-4190-82B5-4CDB69D21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epargpadro"/>
    <w:uiPriority w:val="99"/>
    <w:unhideWhenUsed/>
    <w:rsid w:val="003A287E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A28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274</Words>
  <Characters>1484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Camila Ramos Coelho Mayer</cp:lastModifiedBy>
  <cp:revision>2</cp:revision>
  <dcterms:created xsi:type="dcterms:W3CDTF">2026-09-18T14:10:00Z</dcterms:created>
  <dcterms:modified xsi:type="dcterms:W3CDTF">2026-09-18T14:10:00Z</dcterms:modified>
  <cp:category/>
</cp:coreProperties>
</file>