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B6FDD" w14:textId="77777777" w:rsidR="0008007B" w:rsidRPr="0008007B" w:rsidRDefault="0008007B" w:rsidP="0008007B">
      <w:pPr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b/>
          <w:bCs/>
          <w:sz w:val="24"/>
          <w:szCs w:val="24"/>
          <w:lang w:val="pt-BR"/>
        </w:rPr>
        <w:t>REQUERIMENTO INDIVIDUAL DE CONFIRMAÇÃO DE CANDIDATURA</w:t>
      </w:r>
    </w:p>
    <w:p w14:paraId="7FCF1E17" w14:textId="77777777" w:rsidR="0008007B" w:rsidRPr="0008007B" w:rsidRDefault="0008007B" w:rsidP="0008007B">
      <w:pPr>
        <w:rPr>
          <w:rFonts w:ascii="Garamond" w:hAnsi="Garamond"/>
          <w:b/>
          <w:bCs/>
          <w:sz w:val="24"/>
          <w:szCs w:val="24"/>
          <w:lang w:val="pt-BR"/>
        </w:rPr>
      </w:pPr>
      <w:r w:rsidRPr="0008007B">
        <w:rPr>
          <w:rFonts w:ascii="Garamond" w:hAnsi="Garamond"/>
          <w:i/>
          <w:iCs/>
          <w:sz w:val="24"/>
          <w:szCs w:val="24"/>
          <w:lang w:val="pt-BR"/>
        </w:rPr>
        <w:t>(</w:t>
      </w:r>
      <w:r w:rsidRPr="0008007B">
        <w:rPr>
          <w:rFonts w:ascii="Garamond" w:hAnsi="Garamond"/>
          <w:b/>
          <w:bCs/>
          <w:i/>
          <w:iCs/>
          <w:sz w:val="24"/>
          <w:szCs w:val="24"/>
          <w:highlight w:val="yellow"/>
          <w:lang w:val="pt-BR"/>
        </w:rPr>
        <w:t>Preenchimento obrigatório e individual por CADA componente da chapa)</w:t>
      </w:r>
    </w:p>
    <w:p w14:paraId="34A53DAF" w14:textId="77777777" w:rsidR="0008007B" w:rsidRDefault="0008007B" w:rsidP="0008007B">
      <w:pPr>
        <w:rPr>
          <w:rFonts w:ascii="Garamond" w:hAnsi="Garamond"/>
          <w:sz w:val="24"/>
          <w:szCs w:val="24"/>
          <w:lang w:val="pt-BR"/>
        </w:rPr>
      </w:pPr>
    </w:p>
    <w:p w14:paraId="47C24A06" w14:textId="6B6CE6E3" w:rsidR="0008007B" w:rsidRDefault="0008007B" w:rsidP="0008007B">
      <w:p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>Eu, ________________________________________________________________________________, nacionalidade: _________________, estado civil: ___________________, cargo: ___________________________________________, matrícula funcional nº __________________, portador(a) do RG/Funcional nº _____________________, inscrito(a) no CPF sob o nº ____________________</w:t>
      </w:r>
      <w:r w:rsidRPr="0008007B">
        <w:rPr>
          <w:rFonts w:ascii="Garamond" w:hAnsi="Garamond"/>
          <w:b/>
          <w:bCs/>
          <w:i/>
          <w:iCs/>
          <w:sz w:val="24"/>
          <w:szCs w:val="24"/>
          <w:lang w:val="pt-BR"/>
        </w:rPr>
        <w:t>, telefone: (</w:t>
      </w:r>
      <w:r>
        <w:rPr>
          <w:rFonts w:ascii="Garamond" w:hAnsi="Garamond"/>
          <w:b/>
          <w:bCs/>
          <w:i/>
          <w:iCs/>
          <w:sz w:val="24"/>
          <w:szCs w:val="24"/>
          <w:lang w:val="pt-BR"/>
        </w:rPr>
        <w:t xml:space="preserve"> </w:t>
      </w:r>
      <w:r w:rsidRPr="0008007B">
        <w:rPr>
          <w:rFonts w:ascii="Garamond" w:hAnsi="Garamond"/>
          <w:sz w:val="24"/>
          <w:szCs w:val="24"/>
          <w:lang w:val="pt-BR"/>
        </w:rPr>
        <w:t>) __________________, e-mail: _________________________________________________, residente e domiciliado(a) na ____________________________________________________________________________:</w:t>
      </w:r>
    </w:p>
    <w:p w14:paraId="19263FDE" w14:textId="77777777" w:rsidR="0008007B" w:rsidRPr="0008007B" w:rsidRDefault="0008007B" w:rsidP="0008007B">
      <w:pPr>
        <w:rPr>
          <w:rFonts w:ascii="Garamond" w:hAnsi="Garamond"/>
          <w:sz w:val="24"/>
          <w:szCs w:val="24"/>
          <w:lang w:val="pt-BR"/>
        </w:rPr>
      </w:pPr>
    </w:p>
    <w:p w14:paraId="039E90CA" w14:textId="7AA71EA9" w:rsidR="0008007B" w:rsidRPr="0008007B" w:rsidRDefault="0008007B" w:rsidP="0008007B">
      <w:pPr>
        <w:numPr>
          <w:ilvl w:val="0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b/>
          <w:bCs/>
          <w:sz w:val="24"/>
          <w:szCs w:val="24"/>
          <w:lang w:val="pt-BR"/>
        </w:rPr>
        <w:t>CONFIRMO EXPRESSAMENTE</w:t>
      </w:r>
      <w:r w:rsidRPr="0008007B">
        <w:rPr>
          <w:rFonts w:ascii="Garamond" w:hAnsi="Garamond"/>
          <w:sz w:val="24"/>
          <w:szCs w:val="24"/>
          <w:lang w:val="pt-BR"/>
        </w:rPr>
        <w:t xml:space="preserve"> minha inclusão e anuência para concorrer ao cargo de </w:t>
      </w:r>
      <w:r>
        <w:rPr>
          <w:rFonts w:ascii="Garamond" w:hAnsi="Garamond"/>
          <w:sz w:val="24"/>
          <w:szCs w:val="24"/>
          <w:lang w:val="pt-BR"/>
        </w:rPr>
        <w:t>______________________</w:t>
      </w:r>
      <w:r w:rsidRPr="0008007B">
        <w:rPr>
          <w:rFonts w:ascii="Garamond" w:hAnsi="Garamond"/>
          <w:b/>
          <w:bCs/>
          <w:i/>
          <w:iCs/>
          <w:sz w:val="24"/>
          <w:szCs w:val="24"/>
          <w:lang w:val="pt-BR"/>
        </w:rPr>
        <w:t>, pela Chapa intitulada: "</w:t>
      </w:r>
      <w:r w:rsidRPr="0008007B">
        <w:rPr>
          <w:rFonts w:ascii="Garamond" w:hAnsi="Garamond"/>
          <w:sz w:val="24"/>
          <w:szCs w:val="24"/>
          <w:lang w:val="pt-BR"/>
        </w:rPr>
        <w:t>________</w:t>
      </w:r>
      <w:r>
        <w:rPr>
          <w:rFonts w:ascii="Garamond" w:hAnsi="Garamond"/>
          <w:sz w:val="24"/>
          <w:szCs w:val="24"/>
          <w:lang w:val="pt-BR"/>
        </w:rPr>
        <w:t>_____________</w:t>
      </w:r>
      <w:r w:rsidRPr="0008007B">
        <w:rPr>
          <w:rFonts w:ascii="Garamond" w:hAnsi="Garamond"/>
          <w:sz w:val="24"/>
          <w:szCs w:val="24"/>
          <w:lang w:val="pt-BR"/>
        </w:rPr>
        <w:t xml:space="preserve">________", no pleito eleitoral do SINPOL/MT referente ao triênio 2027/2029 (art. 28, § 4º, do Estatuto). </w:t>
      </w:r>
    </w:p>
    <w:p w14:paraId="7525493B" w14:textId="77777777" w:rsidR="0008007B" w:rsidRPr="0008007B" w:rsidRDefault="0008007B" w:rsidP="0008007B">
      <w:pPr>
        <w:numPr>
          <w:ilvl w:val="0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b/>
          <w:bCs/>
          <w:sz w:val="24"/>
          <w:szCs w:val="24"/>
          <w:lang w:val="pt-BR"/>
        </w:rPr>
        <w:t>DECLARO</w:t>
      </w:r>
      <w:r w:rsidRPr="0008007B">
        <w:rPr>
          <w:rFonts w:ascii="Garamond" w:hAnsi="Garamond"/>
          <w:sz w:val="24"/>
          <w:szCs w:val="24"/>
          <w:lang w:val="pt-BR"/>
        </w:rPr>
        <w:t>, sob as penas da lei e das sanções estatutárias, que:</w:t>
      </w:r>
    </w:p>
    <w:p w14:paraId="327750F3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 xml:space="preserve">Conto com mais de 01 (um) ano ininterrupto de filiação sindical (art. 27); </w:t>
      </w:r>
    </w:p>
    <w:p w14:paraId="26693F23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 xml:space="preserve">Concluí com êxito o estágio probatório no cargo público policial civil efetivo (art. 6º, II); </w:t>
      </w:r>
    </w:p>
    <w:p w14:paraId="2EA7F8C8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 xml:space="preserve">Estou em pleno gozo dos direitos sociais e isento(a) de penalidades disciplinares estatutárias (art. 27); </w:t>
      </w:r>
    </w:p>
    <w:p w14:paraId="7CFFED0A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 xml:space="preserve">Não concorro a cargos incompatíveis entre a Diretoria Executiva/Conselho Deliberativo e o Conselho Fiscal/Comissão de Ética e Disciplina (art. 23, § 2º); </w:t>
      </w:r>
    </w:p>
    <w:p w14:paraId="0135976A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 xml:space="preserve">Caso concorra à Diretoria de Subsede, presto efetivo exercício na base territorial da respectiva região (art. 49). </w:t>
      </w:r>
    </w:p>
    <w:p w14:paraId="7FFE7DDE" w14:textId="77777777" w:rsidR="0008007B" w:rsidRPr="0008007B" w:rsidRDefault="0008007B" w:rsidP="0008007B">
      <w:pPr>
        <w:numPr>
          <w:ilvl w:val="0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b/>
          <w:bCs/>
          <w:sz w:val="24"/>
          <w:szCs w:val="24"/>
          <w:lang w:val="pt-BR"/>
        </w:rPr>
        <w:t>JUNTO</w:t>
      </w:r>
      <w:r w:rsidRPr="0008007B">
        <w:rPr>
          <w:rFonts w:ascii="Garamond" w:hAnsi="Garamond"/>
          <w:sz w:val="24"/>
          <w:szCs w:val="24"/>
          <w:lang w:val="pt-BR"/>
        </w:rPr>
        <w:t>, em anexo, as peças obrigatórias exigidas pelo Regimento Eleitoral:</w:t>
      </w:r>
    </w:p>
    <w:p w14:paraId="612FAEF9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proofErr w:type="gramStart"/>
      <w:r w:rsidRPr="0008007B">
        <w:rPr>
          <w:rFonts w:ascii="Garamond" w:hAnsi="Garamond"/>
          <w:sz w:val="24"/>
          <w:szCs w:val="24"/>
          <w:lang w:val="pt-BR"/>
        </w:rPr>
        <w:t>[ ]</w:t>
      </w:r>
      <w:proofErr w:type="gramEnd"/>
      <w:r w:rsidRPr="0008007B">
        <w:rPr>
          <w:rFonts w:ascii="Garamond" w:hAnsi="Garamond"/>
          <w:sz w:val="24"/>
          <w:szCs w:val="24"/>
          <w:lang w:val="pt-BR"/>
        </w:rPr>
        <w:t xml:space="preserve"> Cópia legível da Carteira de Identidade Funcional (PJC/MT);</w:t>
      </w:r>
    </w:p>
    <w:p w14:paraId="7D587F76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proofErr w:type="gramStart"/>
      <w:r w:rsidRPr="0008007B">
        <w:rPr>
          <w:rFonts w:ascii="Garamond" w:hAnsi="Garamond"/>
          <w:sz w:val="24"/>
          <w:szCs w:val="24"/>
          <w:lang w:val="pt-BR"/>
        </w:rPr>
        <w:t>[ ]</w:t>
      </w:r>
      <w:proofErr w:type="gramEnd"/>
      <w:r w:rsidRPr="0008007B">
        <w:rPr>
          <w:rFonts w:ascii="Garamond" w:hAnsi="Garamond"/>
          <w:sz w:val="24"/>
          <w:szCs w:val="24"/>
          <w:lang w:val="pt-BR"/>
        </w:rPr>
        <w:t xml:space="preserve"> Certidão Negativa Cível e Criminal do TJMT (1º e 2º Graus);</w:t>
      </w:r>
    </w:p>
    <w:p w14:paraId="471EDF7B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proofErr w:type="gramStart"/>
      <w:r w:rsidRPr="0008007B">
        <w:rPr>
          <w:rFonts w:ascii="Garamond" w:hAnsi="Garamond"/>
          <w:sz w:val="24"/>
          <w:szCs w:val="24"/>
          <w:lang w:val="pt-BR"/>
        </w:rPr>
        <w:t>[ ]</w:t>
      </w:r>
      <w:proofErr w:type="gramEnd"/>
      <w:r w:rsidRPr="0008007B">
        <w:rPr>
          <w:rFonts w:ascii="Garamond" w:hAnsi="Garamond"/>
          <w:sz w:val="24"/>
          <w:szCs w:val="24"/>
          <w:lang w:val="pt-BR"/>
        </w:rPr>
        <w:t xml:space="preserve"> Certidão Negativa Cível e Criminal da Justiça Federal (TRF1);</w:t>
      </w:r>
    </w:p>
    <w:p w14:paraId="06705737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proofErr w:type="gramStart"/>
      <w:r w:rsidRPr="0008007B">
        <w:rPr>
          <w:rFonts w:ascii="Garamond" w:hAnsi="Garamond"/>
          <w:sz w:val="24"/>
          <w:szCs w:val="24"/>
          <w:lang w:val="pt-BR"/>
        </w:rPr>
        <w:t>[ ]</w:t>
      </w:r>
      <w:proofErr w:type="gramEnd"/>
      <w:r w:rsidRPr="0008007B">
        <w:rPr>
          <w:rFonts w:ascii="Garamond" w:hAnsi="Garamond"/>
          <w:sz w:val="24"/>
          <w:szCs w:val="24"/>
          <w:lang w:val="pt-BR"/>
        </w:rPr>
        <w:t xml:space="preserve"> Certidão de Objeto e Pé / Inteiro Teor </w:t>
      </w:r>
      <w:r w:rsidRPr="0008007B">
        <w:rPr>
          <w:rFonts w:ascii="Garamond" w:hAnsi="Garamond"/>
          <w:i/>
          <w:iCs/>
          <w:sz w:val="24"/>
          <w:szCs w:val="24"/>
          <w:lang w:val="pt-BR"/>
        </w:rPr>
        <w:t>(exigível apenas se houver certidão judicial positiva)</w:t>
      </w:r>
      <w:r w:rsidRPr="0008007B">
        <w:rPr>
          <w:rFonts w:ascii="Garamond" w:hAnsi="Garamond"/>
          <w:sz w:val="24"/>
          <w:szCs w:val="24"/>
          <w:lang w:val="pt-BR"/>
        </w:rPr>
        <w:t>;</w:t>
      </w:r>
    </w:p>
    <w:p w14:paraId="1ECE912E" w14:textId="77777777" w:rsidR="0008007B" w:rsidRPr="0008007B" w:rsidRDefault="0008007B" w:rsidP="0008007B">
      <w:pPr>
        <w:numPr>
          <w:ilvl w:val="1"/>
          <w:numId w:val="27"/>
        </w:numPr>
        <w:jc w:val="both"/>
        <w:rPr>
          <w:rFonts w:ascii="Garamond" w:hAnsi="Garamond"/>
          <w:sz w:val="24"/>
          <w:szCs w:val="24"/>
          <w:lang w:val="pt-BR"/>
        </w:rPr>
      </w:pPr>
      <w:proofErr w:type="gramStart"/>
      <w:r w:rsidRPr="0008007B">
        <w:rPr>
          <w:rFonts w:ascii="Garamond" w:hAnsi="Garamond"/>
          <w:sz w:val="24"/>
          <w:szCs w:val="24"/>
          <w:lang w:val="pt-BR"/>
        </w:rPr>
        <w:t>[ ]</w:t>
      </w:r>
      <w:proofErr w:type="gramEnd"/>
      <w:r w:rsidRPr="0008007B">
        <w:rPr>
          <w:rFonts w:ascii="Garamond" w:hAnsi="Garamond"/>
          <w:sz w:val="24"/>
          <w:szCs w:val="24"/>
          <w:lang w:val="pt-BR"/>
        </w:rPr>
        <w:t xml:space="preserve"> Certidão de Filiação Sindical e/ou Ficha Financeira individual do período de </w:t>
      </w:r>
      <w:r w:rsidRPr="0008007B">
        <w:rPr>
          <w:rFonts w:ascii="Garamond" w:hAnsi="Garamond"/>
          <w:b/>
          <w:bCs/>
          <w:sz w:val="24"/>
          <w:szCs w:val="24"/>
          <w:lang w:val="pt-BR"/>
        </w:rPr>
        <w:t>agosto/2025 a setembro/2026</w:t>
      </w:r>
      <w:r w:rsidRPr="0008007B">
        <w:rPr>
          <w:rFonts w:ascii="Garamond" w:hAnsi="Garamond"/>
          <w:sz w:val="24"/>
          <w:szCs w:val="24"/>
          <w:lang w:val="pt-BR"/>
        </w:rPr>
        <w:t>.</w:t>
      </w:r>
    </w:p>
    <w:p w14:paraId="75A44E06" w14:textId="77777777" w:rsidR="0008007B" w:rsidRPr="0008007B" w:rsidRDefault="0008007B" w:rsidP="0008007B">
      <w:pPr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sz w:val="24"/>
          <w:szCs w:val="24"/>
          <w:lang w:val="pt-BR"/>
        </w:rPr>
        <w:t>Local e Data: ____________________________, _____ de setembro de 2026.</w:t>
      </w:r>
    </w:p>
    <w:p w14:paraId="3B5244D9" w14:textId="78502F07" w:rsidR="0008007B" w:rsidRDefault="0008007B" w:rsidP="0008007B">
      <w:pPr>
        <w:rPr>
          <w:rFonts w:ascii="Garamond" w:hAnsi="Garamond"/>
          <w:sz w:val="24"/>
          <w:szCs w:val="24"/>
          <w:lang w:val="pt-BR"/>
        </w:rPr>
      </w:pPr>
    </w:p>
    <w:p w14:paraId="691004D3" w14:textId="77777777" w:rsidR="0008007B" w:rsidRDefault="0008007B" w:rsidP="0008007B">
      <w:pPr>
        <w:rPr>
          <w:rFonts w:ascii="Garamond" w:hAnsi="Garamond"/>
          <w:sz w:val="24"/>
          <w:szCs w:val="24"/>
          <w:lang w:val="pt-BR"/>
        </w:rPr>
      </w:pPr>
    </w:p>
    <w:p w14:paraId="40BC283C" w14:textId="0A459821" w:rsidR="0008007B" w:rsidRPr="0008007B" w:rsidRDefault="0008007B" w:rsidP="0008007B">
      <w:pPr>
        <w:jc w:val="center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______________________________________</w:t>
      </w:r>
    </w:p>
    <w:p w14:paraId="5E281EA8" w14:textId="77777777" w:rsidR="0008007B" w:rsidRPr="0008007B" w:rsidRDefault="0008007B" w:rsidP="0008007B">
      <w:pPr>
        <w:jc w:val="center"/>
        <w:rPr>
          <w:rFonts w:ascii="Garamond" w:hAnsi="Garamond"/>
          <w:sz w:val="24"/>
          <w:szCs w:val="24"/>
          <w:lang w:val="pt-BR"/>
        </w:rPr>
      </w:pPr>
      <w:r w:rsidRPr="0008007B">
        <w:rPr>
          <w:rFonts w:ascii="Garamond" w:hAnsi="Garamond"/>
          <w:b/>
          <w:bCs/>
          <w:sz w:val="24"/>
          <w:szCs w:val="24"/>
          <w:lang w:val="pt-BR"/>
        </w:rPr>
        <w:t>Assinatura do(a) Candidato(a)</w:t>
      </w:r>
    </w:p>
    <w:p w14:paraId="7378FE7E" w14:textId="77777777" w:rsidR="009302D6" w:rsidRPr="0008007B" w:rsidRDefault="009302D6" w:rsidP="0008007B"/>
    <w:sectPr w:rsidR="009302D6" w:rsidRPr="0008007B" w:rsidSect="009302D6">
      <w:pgSz w:w="11906" w:h="16838"/>
      <w:pgMar w:top="709" w:right="70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7E2A96"/>
    <w:multiLevelType w:val="multilevel"/>
    <w:tmpl w:val="0A6C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F26A24"/>
    <w:multiLevelType w:val="multilevel"/>
    <w:tmpl w:val="7634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9D03B8"/>
    <w:multiLevelType w:val="multilevel"/>
    <w:tmpl w:val="9E1A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D66EE0"/>
    <w:multiLevelType w:val="multilevel"/>
    <w:tmpl w:val="CD8AC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BF35E7"/>
    <w:multiLevelType w:val="multilevel"/>
    <w:tmpl w:val="5EEC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A571A7"/>
    <w:multiLevelType w:val="multilevel"/>
    <w:tmpl w:val="D2162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E9653D"/>
    <w:multiLevelType w:val="multilevel"/>
    <w:tmpl w:val="22F6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834D5"/>
    <w:multiLevelType w:val="multilevel"/>
    <w:tmpl w:val="231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B6787D"/>
    <w:multiLevelType w:val="multilevel"/>
    <w:tmpl w:val="303E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47C4F"/>
    <w:multiLevelType w:val="multilevel"/>
    <w:tmpl w:val="9208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A22B73"/>
    <w:multiLevelType w:val="multilevel"/>
    <w:tmpl w:val="26E0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50765D"/>
    <w:multiLevelType w:val="multilevel"/>
    <w:tmpl w:val="5F54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5970A2"/>
    <w:multiLevelType w:val="multilevel"/>
    <w:tmpl w:val="889A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45165C"/>
    <w:multiLevelType w:val="multilevel"/>
    <w:tmpl w:val="0A00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967BD"/>
    <w:multiLevelType w:val="multilevel"/>
    <w:tmpl w:val="00DA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C133A"/>
    <w:multiLevelType w:val="multilevel"/>
    <w:tmpl w:val="A140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A405AB"/>
    <w:multiLevelType w:val="multilevel"/>
    <w:tmpl w:val="4000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EB5C99"/>
    <w:multiLevelType w:val="multilevel"/>
    <w:tmpl w:val="26A4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3220183">
    <w:abstractNumId w:val="8"/>
  </w:num>
  <w:num w:numId="2" w16cid:durableId="242299320">
    <w:abstractNumId w:val="6"/>
  </w:num>
  <w:num w:numId="3" w16cid:durableId="1556315610">
    <w:abstractNumId w:val="5"/>
  </w:num>
  <w:num w:numId="4" w16cid:durableId="963121058">
    <w:abstractNumId w:val="4"/>
  </w:num>
  <w:num w:numId="5" w16cid:durableId="1984700080">
    <w:abstractNumId w:val="7"/>
  </w:num>
  <w:num w:numId="6" w16cid:durableId="78213369">
    <w:abstractNumId w:val="3"/>
  </w:num>
  <w:num w:numId="7" w16cid:durableId="2018195293">
    <w:abstractNumId w:val="2"/>
  </w:num>
  <w:num w:numId="8" w16cid:durableId="1082406671">
    <w:abstractNumId w:val="1"/>
  </w:num>
  <w:num w:numId="9" w16cid:durableId="1789549099">
    <w:abstractNumId w:val="0"/>
  </w:num>
  <w:num w:numId="10" w16cid:durableId="400562298">
    <w:abstractNumId w:val="22"/>
  </w:num>
  <w:num w:numId="11" w16cid:durableId="476651157">
    <w:abstractNumId w:val="15"/>
  </w:num>
  <w:num w:numId="12" w16cid:durableId="459302933">
    <w:abstractNumId w:val="23"/>
  </w:num>
  <w:num w:numId="13" w16cid:durableId="2057779327">
    <w:abstractNumId w:val="16"/>
  </w:num>
  <w:num w:numId="14" w16cid:durableId="702100999">
    <w:abstractNumId w:val="11"/>
  </w:num>
  <w:num w:numId="15" w16cid:durableId="829949163">
    <w:abstractNumId w:val="24"/>
  </w:num>
  <w:num w:numId="16" w16cid:durableId="840048009">
    <w:abstractNumId w:val="19"/>
  </w:num>
  <w:num w:numId="17" w16cid:durableId="1017195610">
    <w:abstractNumId w:val="17"/>
  </w:num>
  <w:num w:numId="18" w16cid:durableId="1617906399">
    <w:abstractNumId w:val="26"/>
  </w:num>
  <w:num w:numId="19" w16cid:durableId="1175923131">
    <w:abstractNumId w:val="9"/>
  </w:num>
  <w:num w:numId="20" w16cid:durableId="1247349585">
    <w:abstractNumId w:val="13"/>
  </w:num>
  <w:num w:numId="21" w16cid:durableId="1644388750">
    <w:abstractNumId w:val="18"/>
  </w:num>
  <w:num w:numId="22" w16cid:durableId="516163689">
    <w:abstractNumId w:val="21"/>
  </w:num>
  <w:num w:numId="23" w16cid:durableId="957643356">
    <w:abstractNumId w:val="20"/>
  </w:num>
  <w:num w:numId="24" w16cid:durableId="1752385877">
    <w:abstractNumId w:val="25"/>
  </w:num>
  <w:num w:numId="25" w16cid:durableId="1139689185">
    <w:abstractNumId w:val="10"/>
  </w:num>
  <w:num w:numId="26" w16cid:durableId="424763653">
    <w:abstractNumId w:val="12"/>
  </w:num>
  <w:num w:numId="27" w16cid:durableId="16812036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098"/>
    <w:rsid w:val="00021EF1"/>
    <w:rsid w:val="0003192A"/>
    <w:rsid w:val="00034616"/>
    <w:rsid w:val="000506B2"/>
    <w:rsid w:val="00053AEB"/>
    <w:rsid w:val="0006063C"/>
    <w:rsid w:val="00076688"/>
    <w:rsid w:val="0008007B"/>
    <w:rsid w:val="000A2B25"/>
    <w:rsid w:val="000A2B3D"/>
    <w:rsid w:val="000F4B80"/>
    <w:rsid w:val="001349AB"/>
    <w:rsid w:val="0013539F"/>
    <w:rsid w:val="0015074B"/>
    <w:rsid w:val="0018493F"/>
    <w:rsid w:val="001967DF"/>
    <w:rsid w:val="001A006D"/>
    <w:rsid w:val="001A275F"/>
    <w:rsid w:val="001D5CFC"/>
    <w:rsid w:val="00253FE9"/>
    <w:rsid w:val="0029639D"/>
    <w:rsid w:val="002E247D"/>
    <w:rsid w:val="002F66BA"/>
    <w:rsid w:val="0031209F"/>
    <w:rsid w:val="00326F90"/>
    <w:rsid w:val="003A287E"/>
    <w:rsid w:val="003B1C79"/>
    <w:rsid w:val="003B2D75"/>
    <w:rsid w:val="0046710D"/>
    <w:rsid w:val="004D5E15"/>
    <w:rsid w:val="005144F4"/>
    <w:rsid w:val="005B268B"/>
    <w:rsid w:val="005D3A17"/>
    <w:rsid w:val="005D50F4"/>
    <w:rsid w:val="006246FD"/>
    <w:rsid w:val="006531BB"/>
    <w:rsid w:val="00680B9E"/>
    <w:rsid w:val="006E624A"/>
    <w:rsid w:val="00754FB6"/>
    <w:rsid w:val="0082136B"/>
    <w:rsid w:val="00854544"/>
    <w:rsid w:val="009302D6"/>
    <w:rsid w:val="00981E4A"/>
    <w:rsid w:val="00991FCC"/>
    <w:rsid w:val="009C7E84"/>
    <w:rsid w:val="009F21E3"/>
    <w:rsid w:val="00A067A3"/>
    <w:rsid w:val="00A06E2A"/>
    <w:rsid w:val="00A62D22"/>
    <w:rsid w:val="00AA1D8D"/>
    <w:rsid w:val="00AF4B30"/>
    <w:rsid w:val="00B262DB"/>
    <w:rsid w:val="00B47730"/>
    <w:rsid w:val="00B92056"/>
    <w:rsid w:val="00BA696E"/>
    <w:rsid w:val="00BB12E1"/>
    <w:rsid w:val="00BB4B48"/>
    <w:rsid w:val="00CB0664"/>
    <w:rsid w:val="00D0569B"/>
    <w:rsid w:val="00D2503F"/>
    <w:rsid w:val="00D47D1C"/>
    <w:rsid w:val="00D8793D"/>
    <w:rsid w:val="00DD3883"/>
    <w:rsid w:val="00E3022D"/>
    <w:rsid w:val="00E97B9F"/>
    <w:rsid w:val="00EB0C20"/>
    <w:rsid w:val="00EF6C3F"/>
    <w:rsid w:val="00F55B59"/>
    <w:rsid w:val="00FC693F"/>
    <w:rsid w:val="00FE1F8E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F2EF70A-CEC6-4190-82B5-4CDB69D2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A287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2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 Ramos Coelho Mayer</cp:lastModifiedBy>
  <cp:revision>2</cp:revision>
  <dcterms:created xsi:type="dcterms:W3CDTF">2026-09-18T14:13:00Z</dcterms:created>
  <dcterms:modified xsi:type="dcterms:W3CDTF">2026-09-18T14:13:00Z</dcterms:modified>
  <cp:category/>
</cp:coreProperties>
</file>